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4A1A9" w14:textId="77777777" w:rsidR="00993959" w:rsidRDefault="00993959">
      <w:pPr>
        <w:pStyle w:val="Heading1"/>
      </w:pPr>
      <w:r w:rsidRPr="00993959">
        <w:rPr>
          <w:noProof/>
          <w:lang w:val="nl-NL"/>
        </w:rPr>
        <w:drawing>
          <wp:inline distT="0" distB="0" distL="0" distR="0" wp14:anchorId="1E564CB0" wp14:editId="14B85CC9">
            <wp:extent cx="3543300" cy="1468440"/>
            <wp:effectExtent l="0" t="0" r="0" b="0"/>
            <wp:docPr id="18202776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817" cy="147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0A9EC" w14:textId="6E76FA13" w:rsidR="003577BA" w:rsidRPr="00B12648" w:rsidRDefault="00FB5F9F">
      <w:pPr>
        <w:pStyle w:val="Heading1"/>
        <w:rPr>
          <w:color w:val="00CC99"/>
        </w:rPr>
      </w:pPr>
      <w:r w:rsidRPr="00B12648">
        <w:rPr>
          <w:color w:val="00CC99"/>
        </w:rPr>
        <w:t>EUROPEAN NURSING MODULE NETWORK (ENM)</w:t>
      </w:r>
    </w:p>
    <w:p w14:paraId="20F3C9C2" w14:textId="77777777" w:rsidR="003577BA" w:rsidRDefault="00FB5F9F">
      <w:pPr>
        <w:pStyle w:val="Heading2"/>
      </w:pPr>
      <w:r>
        <w:t>APPLICATION FORM</w:t>
      </w:r>
    </w:p>
    <w:p w14:paraId="438FD73E" w14:textId="314A775E" w:rsidR="003577BA" w:rsidRPr="00B12648" w:rsidRDefault="00FB5F9F">
      <w:pPr>
        <w:rPr>
          <w:b/>
          <w:bCs/>
        </w:rPr>
      </w:pPr>
      <w:r w:rsidRPr="00B12648">
        <w:rPr>
          <w:b/>
          <w:bCs/>
        </w:rPr>
        <w:t>Academic Year: 20</w:t>
      </w:r>
      <w:r w:rsidR="00BA095C">
        <w:rPr>
          <w:b/>
          <w:bCs/>
        </w:rPr>
        <w:t>…</w:t>
      </w:r>
      <w:r w:rsidRPr="00B12648">
        <w:rPr>
          <w:b/>
          <w:bCs/>
        </w:rPr>
        <w:t>/20</w:t>
      </w:r>
      <w:r w:rsidR="00BA095C">
        <w:rPr>
          <w:b/>
          <w:bCs/>
        </w:rPr>
        <w:t>…</w:t>
      </w:r>
    </w:p>
    <w:p w14:paraId="2A2B91F3" w14:textId="0BEB08EE" w:rsidR="00A503F9" w:rsidRPr="00B12648" w:rsidRDefault="00A503F9">
      <w:pPr>
        <w:rPr>
          <w:b/>
          <w:bCs/>
        </w:rPr>
      </w:pPr>
      <w:r w:rsidRPr="00B12648">
        <w:rPr>
          <w:b/>
          <w:bCs/>
        </w:rPr>
        <w:t xml:space="preserve">For attending the exchange </w:t>
      </w:r>
      <w:proofErr w:type="spellStart"/>
      <w:r w:rsidRPr="00B12648">
        <w:rPr>
          <w:b/>
          <w:bCs/>
        </w:rPr>
        <w:t>programme</w:t>
      </w:r>
      <w:proofErr w:type="spellEnd"/>
      <w:r w:rsidRPr="00B12648">
        <w:rPr>
          <w:b/>
          <w:bCs/>
        </w:rPr>
        <w:t xml:space="preserve"> in the European Nursing Module (ENM)</w:t>
      </w:r>
    </w:p>
    <w:p w14:paraId="00412F1B" w14:textId="5BC31CC2" w:rsidR="003577BA" w:rsidRDefault="00FB5F9F">
      <w:r>
        <w:t>Please complete this form electronically and submit it to the ENM Coordinator at your home institution.</w:t>
      </w:r>
      <w:r w:rsidR="00A55DB5">
        <w:t xml:space="preserve"> After allocation of exchange placement by the ENM International Coordinator, this form will be forwarded to the receiving institution by the home institution. </w:t>
      </w:r>
    </w:p>
    <w:p w14:paraId="3F53F934" w14:textId="3CAAB90A" w:rsidR="00993959" w:rsidRDefault="00993959">
      <w:r>
        <w:rPr>
          <w:noProof/>
        </w:rPr>
        <w:drawing>
          <wp:inline distT="0" distB="0" distL="0" distR="0" wp14:anchorId="2EF748B9" wp14:editId="61D67413">
            <wp:extent cx="1371600" cy="1371600"/>
            <wp:effectExtent l="133350" t="114300" r="133350" b="171450"/>
            <wp:docPr id="12978781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6D63D0C" w14:textId="79286B68" w:rsidR="00993959" w:rsidRPr="000D26AB" w:rsidRDefault="00057ED0">
      <w:pPr>
        <w:rPr>
          <w:i/>
          <w:iCs/>
        </w:rPr>
      </w:pPr>
      <w:r w:rsidRPr="000D26AB">
        <w:rPr>
          <w:i/>
          <w:iCs/>
        </w:rPr>
        <w:t>Insert photograph with the application</w:t>
      </w:r>
    </w:p>
    <w:p w14:paraId="5FB8E085" w14:textId="77777777" w:rsidR="003577BA" w:rsidRDefault="00FB5F9F">
      <w:pPr>
        <w:pStyle w:val="Heading3"/>
      </w:pPr>
      <w:r>
        <w:t>1. Personal Information</w:t>
      </w:r>
    </w:p>
    <w:p w14:paraId="528A339F" w14:textId="77777777" w:rsidR="003577BA" w:rsidRDefault="00FB5F9F">
      <w:r>
        <w:t>Home Institution: ______________________________</w:t>
      </w:r>
    </w:p>
    <w:p w14:paraId="1AEB32CE" w14:textId="77777777" w:rsidR="003577BA" w:rsidRDefault="00FB5F9F">
      <w:r>
        <w:t>First Name: ______________________________</w:t>
      </w:r>
    </w:p>
    <w:p w14:paraId="4C08CCB8" w14:textId="77777777" w:rsidR="003577BA" w:rsidRDefault="00FB5F9F">
      <w:r>
        <w:t>Family Name: ______________________________</w:t>
      </w:r>
    </w:p>
    <w:p w14:paraId="08A29E6A" w14:textId="77777777" w:rsidR="003577BA" w:rsidRDefault="00FB5F9F">
      <w:r>
        <w:t>Home Address: ______________________________</w:t>
      </w:r>
    </w:p>
    <w:p w14:paraId="61A40DBD" w14:textId="77777777" w:rsidR="003577BA" w:rsidRDefault="00FB5F9F">
      <w:r>
        <w:t>City: ______________________________</w:t>
      </w:r>
    </w:p>
    <w:p w14:paraId="6DB00591" w14:textId="77777777" w:rsidR="003577BA" w:rsidRDefault="00FB5F9F">
      <w:r>
        <w:t>Country: ______________________________</w:t>
      </w:r>
    </w:p>
    <w:p w14:paraId="14D279D3" w14:textId="77777777" w:rsidR="003577BA" w:rsidRDefault="00FB5F9F">
      <w:r>
        <w:lastRenderedPageBreak/>
        <w:t>Telephone: ______________________________</w:t>
      </w:r>
    </w:p>
    <w:p w14:paraId="699847BA" w14:textId="77777777" w:rsidR="003577BA" w:rsidRDefault="00FB5F9F">
      <w:r>
        <w:t>Email: ______________________________</w:t>
      </w:r>
    </w:p>
    <w:p w14:paraId="12048DA1" w14:textId="77777777" w:rsidR="003577BA" w:rsidRDefault="00FB5F9F">
      <w:r>
        <w:t>Date and Place of Birth: ______________________________</w:t>
      </w:r>
    </w:p>
    <w:p w14:paraId="53BA11E9" w14:textId="5DB90F83" w:rsidR="003577BA" w:rsidRDefault="00FB5F9F">
      <w:r>
        <w:t>Gender: ______________________________</w:t>
      </w:r>
    </w:p>
    <w:p w14:paraId="244DE8DE" w14:textId="77777777" w:rsidR="003577BA" w:rsidRDefault="00FB5F9F">
      <w:r>
        <w:t>Start of Nursing Education (Month/Year): ______________________________</w:t>
      </w:r>
    </w:p>
    <w:p w14:paraId="5BEB6297" w14:textId="77777777" w:rsidR="003577BA" w:rsidRDefault="00FB5F9F">
      <w:pPr>
        <w:pStyle w:val="Heading3"/>
      </w:pPr>
      <w:r>
        <w:t>2. Language Skills (CEFR)</w:t>
      </w:r>
    </w:p>
    <w:p w14:paraId="5A2A66C5" w14:textId="771697D9" w:rsidR="007F6C6D" w:rsidRDefault="00FB5F9F">
      <w:r>
        <w:t xml:space="preserve">Mark your level (A1–C2):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1008"/>
        <w:gridCol w:w="1254"/>
        <w:gridCol w:w="1417"/>
        <w:gridCol w:w="1517"/>
        <w:gridCol w:w="1074"/>
        <w:gridCol w:w="1100"/>
      </w:tblGrid>
      <w:tr w:rsidR="00A57DEB" w:rsidRPr="00A57DEB" w14:paraId="18236745" w14:textId="77777777" w:rsidTr="00A57DE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EF6B74" w14:textId="31A0B701" w:rsidR="00A57DEB" w:rsidRPr="00A57DEB" w:rsidRDefault="00A57DEB" w:rsidP="00A57DEB">
            <w:pPr>
              <w:rPr>
                <w:b/>
                <w:bCs/>
                <w:lang w:val="en-GB"/>
              </w:rPr>
            </w:pPr>
            <w:r w:rsidRPr="00A57DEB">
              <w:rPr>
                <w:b/>
                <w:bCs/>
                <w:lang w:val="en-GB"/>
              </w:rPr>
              <w:t>Language Skills (CEFR)</w:t>
            </w:r>
          </w:p>
        </w:tc>
        <w:tc>
          <w:tcPr>
            <w:tcW w:w="0" w:type="auto"/>
            <w:vAlign w:val="center"/>
            <w:hideMark/>
          </w:tcPr>
          <w:p w14:paraId="44FA210D" w14:textId="77777777" w:rsidR="00A57DEB" w:rsidRPr="00A57DEB" w:rsidRDefault="00A57DEB" w:rsidP="00A57DEB">
            <w:pPr>
              <w:rPr>
                <w:b/>
                <w:bCs/>
                <w:lang w:val="en-GB"/>
              </w:rPr>
            </w:pPr>
            <w:r w:rsidRPr="00A57DEB">
              <w:rPr>
                <w:b/>
                <w:bCs/>
                <w:lang w:val="en-GB"/>
              </w:rPr>
              <w:t>A1</w:t>
            </w:r>
            <w:r w:rsidRPr="00A57DEB">
              <w:rPr>
                <w:b/>
                <w:bCs/>
                <w:lang w:val="en-GB"/>
              </w:rPr>
              <w:br/>
              <w:t>Beginner</w:t>
            </w:r>
          </w:p>
        </w:tc>
        <w:tc>
          <w:tcPr>
            <w:tcW w:w="0" w:type="auto"/>
            <w:vAlign w:val="center"/>
            <w:hideMark/>
          </w:tcPr>
          <w:p w14:paraId="4AD2B661" w14:textId="77777777" w:rsidR="00A57DEB" w:rsidRPr="00A57DEB" w:rsidRDefault="00A57DEB" w:rsidP="00A57DEB">
            <w:pPr>
              <w:rPr>
                <w:b/>
                <w:bCs/>
                <w:lang w:val="en-GB"/>
              </w:rPr>
            </w:pPr>
            <w:r w:rsidRPr="00A57DEB">
              <w:rPr>
                <w:b/>
                <w:bCs/>
                <w:lang w:val="en-GB"/>
              </w:rPr>
              <w:t>A2</w:t>
            </w:r>
            <w:r w:rsidRPr="00A57DEB">
              <w:rPr>
                <w:b/>
                <w:bCs/>
                <w:lang w:val="en-GB"/>
              </w:rPr>
              <w:br/>
              <w:t>Elementary</w:t>
            </w:r>
          </w:p>
        </w:tc>
        <w:tc>
          <w:tcPr>
            <w:tcW w:w="0" w:type="auto"/>
            <w:vAlign w:val="center"/>
            <w:hideMark/>
          </w:tcPr>
          <w:p w14:paraId="10AB8C18" w14:textId="77777777" w:rsidR="00A57DEB" w:rsidRPr="00A57DEB" w:rsidRDefault="00A57DEB" w:rsidP="00A57DEB">
            <w:pPr>
              <w:rPr>
                <w:b/>
                <w:bCs/>
                <w:lang w:val="en-GB"/>
              </w:rPr>
            </w:pPr>
            <w:r w:rsidRPr="00A57DEB">
              <w:rPr>
                <w:b/>
                <w:bCs/>
                <w:lang w:val="en-GB"/>
              </w:rPr>
              <w:t>B1</w:t>
            </w:r>
            <w:r w:rsidRPr="00A57DEB">
              <w:rPr>
                <w:b/>
                <w:bCs/>
                <w:lang w:val="en-GB"/>
              </w:rPr>
              <w:br/>
              <w:t>Intermediate</w:t>
            </w:r>
          </w:p>
        </w:tc>
        <w:tc>
          <w:tcPr>
            <w:tcW w:w="0" w:type="auto"/>
            <w:vAlign w:val="center"/>
            <w:hideMark/>
          </w:tcPr>
          <w:p w14:paraId="202A3AEE" w14:textId="77777777" w:rsidR="00A57DEB" w:rsidRPr="00A57DEB" w:rsidRDefault="00A57DEB" w:rsidP="00A57DEB">
            <w:pPr>
              <w:rPr>
                <w:b/>
                <w:bCs/>
                <w:lang w:val="en-GB"/>
              </w:rPr>
            </w:pPr>
            <w:r w:rsidRPr="00A57DEB">
              <w:rPr>
                <w:b/>
                <w:bCs/>
                <w:lang w:val="en-GB"/>
              </w:rPr>
              <w:t>B2</w:t>
            </w:r>
            <w:r w:rsidRPr="00A57DEB">
              <w:rPr>
                <w:b/>
                <w:bCs/>
                <w:lang w:val="en-GB"/>
              </w:rPr>
              <w:br/>
              <w:t>Upper Intermediate</w:t>
            </w:r>
          </w:p>
        </w:tc>
        <w:tc>
          <w:tcPr>
            <w:tcW w:w="0" w:type="auto"/>
            <w:vAlign w:val="center"/>
            <w:hideMark/>
          </w:tcPr>
          <w:p w14:paraId="0F237782" w14:textId="77777777" w:rsidR="00A57DEB" w:rsidRPr="00A57DEB" w:rsidRDefault="00A57DEB" w:rsidP="00A57DEB">
            <w:pPr>
              <w:rPr>
                <w:b/>
                <w:bCs/>
                <w:lang w:val="en-GB"/>
              </w:rPr>
            </w:pPr>
            <w:r w:rsidRPr="00A57DEB">
              <w:rPr>
                <w:b/>
                <w:bCs/>
                <w:lang w:val="en-GB"/>
              </w:rPr>
              <w:t>C1</w:t>
            </w:r>
            <w:r w:rsidRPr="00A57DEB">
              <w:rPr>
                <w:b/>
                <w:bCs/>
                <w:lang w:val="en-GB"/>
              </w:rPr>
              <w:br/>
              <w:t>Advanced</w:t>
            </w:r>
          </w:p>
        </w:tc>
        <w:tc>
          <w:tcPr>
            <w:tcW w:w="0" w:type="auto"/>
            <w:vAlign w:val="center"/>
            <w:hideMark/>
          </w:tcPr>
          <w:p w14:paraId="5EAC6ECC" w14:textId="77777777" w:rsidR="00A57DEB" w:rsidRPr="00A57DEB" w:rsidRDefault="00A57DEB" w:rsidP="00A57DEB">
            <w:pPr>
              <w:rPr>
                <w:b/>
                <w:bCs/>
                <w:lang w:val="en-GB"/>
              </w:rPr>
            </w:pPr>
            <w:r w:rsidRPr="00A57DEB">
              <w:rPr>
                <w:b/>
                <w:bCs/>
                <w:lang w:val="en-GB"/>
              </w:rPr>
              <w:t>C2</w:t>
            </w:r>
            <w:r w:rsidRPr="00A57DEB">
              <w:rPr>
                <w:b/>
                <w:bCs/>
                <w:lang w:val="en-GB"/>
              </w:rPr>
              <w:br/>
              <w:t>Proficient</w:t>
            </w:r>
          </w:p>
        </w:tc>
      </w:tr>
      <w:tr w:rsidR="00A57DEB" w:rsidRPr="00A57DEB" w14:paraId="39C7C260" w14:textId="77777777" w:rsidTr="00A57D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D8FC5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Emoji" w:hAnsi="Segoe UI Emoji" w:cs="Segoe UI Emoji"/>
                <w:lang w:val="en-GB"/>
              </w:rPr>
              <w:t>🇬🇧</w:t>
            </w:r>
            <w:r w:rsidRPr="00A57DEB">
              <w:rPr>
                <w:lang w:val="en-GB"/>
              </w:rPr>
              <w:t xml:space="preserve"> English</w:t>
            </w:r>
          </w:p>
        </w:tc>
        <w:tc>
          <w:tcPr>
            <w:tcW w:w="0" w:type="auto"/>
            <w:vAlign w:val="center"/>
            <w:hideMark/>
          </w:tcPr>
          <w:p w14:paraId="51C139E7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CD73BBD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81BC648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C92A57B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E313AE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276FCA9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</w:tr>
      <w:tr w:rsidR="00A57DEB" w:rsidRPr="00A57DEB" w14:paraId="0F12667F" w14:textId="77777777" w:rsidTr="00A57D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8B4B1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Emoji" w:hAnsi="Segoe UI Emoji" w:cs="Segoe UI Emoji"/>
                <w:lang w:val="en-GB"/>
              </w:rPr>
              <w:t>🇪🇸</w:t>
            </w:r>
            <w:r w:rsidRPr="00A57DEB">
              <w:rPr>
                <w:lang w:val="en-GB"/>
              </w:rPr>
              <w:t xml:space="preserve"> Spanish</w:t>
            </w:r>
          </w:p>
        </w:tc>
        <w:tc>
          <w:tcPr>
            <w:tcW w:w="0" w:type="auto"/>
            <w:vAlign w:val="center"/>
            <w:hideMark/>
          </w:tcPr>
          <w:p w14:paraId="14B8BFA6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E9CF283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104FB3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ACE6424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AE471F3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8F44BF2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</w:tr>
      <w:tr w:rsidR="00A57DEB" w:rsidRPr="00A57DEB" w14:paraId="641FA385" w14:textId="77777777" w:rsidTr="00A57D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2D8F9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Emoji" w:hAnsi="Segoe UI Emoji" w:cs="Segoe UI Emoji"/>
                <w:lang w:val="en-GB"/>
              </w:rPr>
              <w:t>🇫🇷</w:t>
            </w:r>
            <w:r w:rsidRPr="00A57DEB">
              <w:rPr>
                <w:lang w:val="en-GB"/>
              </w:rPr>
              <w:t xml:space="preserve"> French</w:t>
            </w:r>
          </w:p>
        </w:tc>
        <w:tc>
          <w:tcPr>
            <w:tcW w:w="0" w:type="auto"/>
            <w:vAlign w:val="center"/>
            <w:hideMark/>
          </w:tcPr>
          <w:p w14:paraId="327AA332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5D38DBB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F10D3C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D958985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CC97B2D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87283E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</w:tr>
      <w:tr w:rsidR="00A57DEB" w:rsidRPr="00A57DEB" w14:paraId="262D8213" w14:textId="77777777" w:rsidTr="00A57D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10CB8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Emoji" w:hAnsi="Segoe UI Emoji" w:cs="Segoe UI Emoji"/>
                <w:lang w:val="en-GB"/>
              </w:rPr>
              <w:t>🇮🇹</w:t>
            </w:r>
            <w:r w:rsidRPr="00A57DEB">
              <w:rPr>
                <w:lang w:val="en-GB"/>
              </w:rPr>
              <w:t xml:space="preserve"> Italian</w:t>
            </w:r>
          </w:p>
        </w:tc>
        <w:tc>
          <w:tcPr>
            <w:tcW w:w="0" w:type="auto"/>
            <w:vAlign w:val="center"/>
            <w:hideMark/>
          </w:tcPr>
          <w:p w14:paraId="6AE1BBCB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EE497D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0862C3C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5BBBF6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468EC0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DF64DE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</w:tr>
      <w:tr w:rsidR="00A57DEB" w:rsidRPr="00A57DEB" w14:paraId="087B0302" w14:textId="77777777" w:rsidTr="00A57D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3DC2F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Emoji" w:hAnsi="Segoe UI Emoji" w:cs="Segoe UI Emoji"/>
                <w:lang w:val="en-GB"/>
              </w:rPr>
              <w:t>🇩🇪</w:t>
            </w:r>
            <w:r w:rsidRPr="00A57DEB">
              <w:rPr>
                <w:lang w:val="en-GB"/>
              </w:rPr>
              <w:t xml:space="preserve"> German</w:t>
            </w:r>
          </w:p>
        </w:tc>
        <w:tc>
          <w:tcPr>
            <w:tcW w:w="0" w:type="auto"/>
            <w:vAlign w:val="center"/>
            <w:hideMark/>
          </w:tcPr>
          <w:p w14:paraId="5282C347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8A4A37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4E0E80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68F1B57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18C673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820EB5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</w:tr>
      <w:tr w:rsidR="00A57DEB" w:rsidRPr="00A57DEB" w14:paraId="37DF47F7" w14:textId="77777777" w:rsidTr="00A57D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F219D" w14:textId="01F7AE1D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lang w:val="en-GB"/>
              </w:rPr>
              <w:t>Other: __________</w:t>
            </w:r>
          </w:p>
        </w:tc>
        <w:tc>
          <w:tcPr>
            <w:tcW w:w="0" w:type="auto"/>
            <w:vAlign w:val="center"/>
            <w:hideMark/>
          </w:tcPr>
          <w:p w14:paraId="15298597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F6A793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587BBAC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3378655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294457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2FB929" w14:textId="77777777" w:rsidR="00A57DEB" w:rsidRPr="00A57DEB" w:rsidRDefault="00A57DEB" w:rsidP="00A57DEB">
            <w:pPr>
              <w:rPr>
                <w:lang w:val="en-GB"/>
              </w:rPr>
            </w:pPr>
            <w:r w:rsidRPr="00A57DEB">
              <w:rPr>
                <w:rFonts w:ascii="Segoe UI Symbol" w:hAnsi="Segoe UI Symbol" w:cs="Segoe UI Symbol"/>
                <w:lang w:val="en-GB"/>
              </w:rPr>
              <w:t>☐</w:t>
            </w:r>
          </w:p>
        </w:tc>
      </w:tr>
    </w:tbl>
    <w:p w14:paraId="4799E27D" w14:textId="77777777" w:rsidR="00BA095C" w:rsidRDefault="00BA095C"/>
    <w:p w14:paraId="4E47CBB4" w14:textId="77777777" w:rsidR="003577BA" w:rsidRDefault="00FB5F9F">
      <w:pPr>
        <w:pStyle w:val="Heading3"/>
      </w:pPr>
      <w:r>
        <w:t>3. Data Protection Consent</w:t>
      </w:r>
    </w:p>
    <w:p w14:paraId="335E9993" w14:textId="77777777" w:rsidR="003577BA" w:rsidRDefault="00FB5F9F">
      <w:r>
        <w:t>☐</w:t>
      </w:r>
      <w:r>
        <w:t xml:space="preserve"> I agree that my personal data may be used within the ENM Network.</w:t>
      </w:r>
    </w:p>
    <w:p w14:paraId="4F36666E" w14:textId="77777777" w:rsidR="003577BA" w:rsidRDefault="00FB5F9F">
      <w:pPr>
        <w:pStyle w:val="Heading3"/>
      </w:pPr>
      <w:r>
        <w:t>4. Emergency Contact</w:t>
      </w:r>
    </w:p>
    <w:p w14:paraId="7504757B" w14:textId="77777777" w:rsidR="003577BA" w:rsidRDefault="00FB5F9F">
      <w:r>
        <w:t>Name &amp; Relationship: ______________________________</w:t>
      </w:r>
    </w:p>
    <w:p w14:paraId="471BE2A0" w14:textId="77777777" w:rsidR="003577BA" w:rsidRDefault="00FB5F9F">
      <w:r>
        <w:t>Address: ______________________________</w:t>
      </w:r>
    </w:p>
    <w:p w14:paraId="13D1E02E" w14:textId="77777777" w:rsidR="003577BA" w:rsidRDefault="00FB5F9F">
      <w:r>
        <w:t>Home Phone (with country code): ______________________________</w:t>
      </w:r>
    </w:p>
    <w:p w14:paraId="75920632" w14:textId="77777777" w:rsidR="003577BA" w:rsidRDefault="00FB5F9F">
      <w:r>
        <w:t>Work Phone (with country code): ______________________________</w:t>
      </w:r>
    </w:p>
    <w:p w14:paraId="7E04A2EC" w14:textId="77777777" w:rsidR="003577BA" w:rsidRDefault="00FB5F9F">
      <w:r>
        <w:t>Email: ______________________________</w:t>
      </w:r>
    </w:p>
    <w:p w14:paraId="12EB3431" w14:textId="6871F3A5" w:rsidR="003577BA" w:rsidRDefault="00FB5F9F">
      <w:pPr>
        <w:pStyle w:val="Heading3"/>
      </w:pPr>
      <w:r>
        <w:lastRenderedPageBreak/>
        <w:t xml:space="preserve">5. Exchange </w:t>
      </w:r>
      <w:r w:rsidR="00BA095C">
        <w:t>location</w:t>
      </w:r>
    </w:p>
    <w:p w14:paraId="75FAC43C" w14:textId="7F0AB1F9" w:rsidR="003577BA" w:rsidRDefault="00FB5F9F">
      <w:r>
        <w:t>______________________________</w:t>
      </w:r>
    </w:p>
    <w:p w14:paraId="304739DE" w14:textId="77777777" w:rsidR="003577BA" w:rsidRDefault="00FB5F9F">
      <w:pPr>
        <w:pStyle w:val="Heading3"/>
      </w:pPr>
      <w:r>
        <w:t>6. Exchange Period</w:t>
      </w:r>
    </w:p>
    <w:p w14:paraId="3783CE18" w14:textId="77777777" w:rsidR="003577BA" w:rsidRDefault="00FB5F9F">
      <w:r>
        <w:t>From: ______________________________</w:t>
      </w:r>
    </w:p>
    <w:p w14:paraId="56863D64" w14:textId="77777777" w:rsidR="003577BA" w:rsidRDefault="00FB5F9F">
      <w:r>
        <w:t>To: ______________________________</w:t>
      </w:r>
    </w:p>
    <w:p w14:paraId="76EE1AE3" w14:textId="77777777" w:rsidR="003577BA" w:rsidRDefault="00FB5F9F">
      <w:r>
        <w:t>Year: ______________________________</w:t>
      </w:r>
    </w:p>
    <w:p w14:paraId="278A7672" w14:textId="77777777" w:rsidR="003577BA" w:rsidRDefault="00FB5F9F">
      <w:pPr>
        <w:pStyle w:val="Heading3"/>
      </w:pPr>
      <w:r>
        <w:t>7. Previous ENM Participation</w:t>
      </w:r>
    </w:p>
    <w:p w14:paraId="05EEB02F" w14:textId="77777777" w:rsidR="003577BA" w:rsidRDefault="00FB5F9F">
      <w:r>
        <w:t>Yes / No</w:t>
      </w:r>
    </w:p>
    <w:p w14:paraId="30E9BA77" w14:textId="3148DCAF" w:rsidR="003577BA" w:rsidRDefault="00FB5F9F">
      <w:r>
        <w:t>Year: ______________________________</w:t>
      </w:r>
    </w:p>
    <w:p w14:paraId="11A33456" w14:textId="77777777" w:rsidR="003577BA" w:rsidRDefault="00FB5F9F">
      <w:r>
        <w:t>Host Institution: ______________________________</w:t>
      </w:r>
    </w:p>
    <w:p w14:paraId="3D1B7732" w14:textId="77777777" w:rsidR="003577BA" w:rsidRDefault="00FB5F9F">
      <w:pPr>
        <w:pStyle w:val="Heading3"/>
      </w:pPr>
      <w:r>
        <w:t>8. Motivation &amp; Experience</w:t>
      </w:r>
    </w:p>
    <w:p w14:paraId="61B89C98" w14:textId="77777777" w:rsidR="003577BA" w:rsidRDefault="00FB5F9F">
      <w:r>
        <w:t>Personal learning objectives: ______________________________</w:t>
      </w:r>
    </w:p>
    <w:p w14:paraId="025C4E7C" w14:textId="2AA8FD16" w:rsidR="003577BA" w:rsidRDefault="00FB5F9F">
      <w:r>
        <w:t>Clinical experience: ______________________________</w:t>
      </w:r>
    </w:p>
    <w:p w14:paraId="2A3BA7AA" w14:textId="77777777" w:rsidR="003577BA" w:rsidRDefault="00FB5F9F">
      <w:pPr>
        <w:pStyle w:val="Heading3"/>
      </w:pPr>
      <w:r>
        <w:t>9. Declaration</w:t>
      </w:r>
    </w:p>
    <w:p w14:paraId="4D9BFC93" w14:textId="77777777" w:rsidR="003577BA" w:rsidRDefault="00FB5F9F">
      <w:r>
        <w:t>I confirm participation in the ENM programme.</w:t>
      </w:r>
    </w:p>
    <w:p w14:paraId="74357FBF" w14:textId="77777777" w:rsidR="003577BA" w:rsidRDefault="00FB5F9F">
      <w:r>
        <w:t>Date: ______________________________</w:t>
      </w:r>
    </w:p>
    <w:p w14:paraId="4372B540" w14:textId="0F45F94D" w:rsidR="003577BA" w:rsidRDefault="00FB5F9F">
      <w:r>
        <w:t xml:space="preserve">Student Signature: </w:t>
      </w:r>
    </w:p>
    <w:p w14:paraId="0B39DF97" w14:textId="3832400A" w:rsidR="00C0611B" w:rsidRDefault="002B090E">
      <w:r>
        <w:rPr>
          <w:noProof/>
        </w:rPr>
        <w:drawing>
          <wp:anchor distT="0" distB="0" distL="114300" distR="114300" simplePos="0" relativeHeight="251659264" behindDoc="0" locked="0" layoutInCell="1" allowOverlap="1" wp14:anchorId="48F7D592" wp14:editId="61A14095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1371600" cy="466725"/>
            <wp:effectExtent l="133350" t="114300" r="133350" b="161925"/>
            <wp:wrapNone/>
            <wp:docPr id="10833806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66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42DBF" w14:textId="77777777" w:rsidR="00C0611B" w:rsidRDefault="00C0611B"/>
    <w:p w14:paraId="043B6C54" w14:textId="087ED4C2" w:rsidR="007B7784" w:rsidRDefault="007B7784"/>
    <w:p w14:paraId="0EB3F36F" w14:textId="3A66269A" w:rsidR="000924BF" w:rsidRDefault="007B7784" w:rsidP="000924BF">
      <w:pPr>
        <w:pStyle w:val="Heading3"/>
      </w:pPr>
      <w:r>
        <w:t>10</w:t>
      </w:r>
      <w:r w:rsidR="000924BF">
        <w:t xml:space="preserve">. </w:t>
      </w:r>
      <w:r w:rsidR="002B090E">
        <w:t>Home institution (to be completed by the home institution)</w:t>
      </w:r>
    </w:p>
    <w:p w14:paraId="00284CE9" w14:textId="0824D661" w:rsidR="000924BF" w:rsidRDefault="000924BF" w:rsidP="000924BF">
      <w:r>
        <w:t>Date: ______________________________</w:t>
      </w:r>
    </w:p>
    <w:p w14:paraId="1570F057" w14:textId="7B0E6792" w:rsidR="00426393" w:rsidRDefault="002B090E" w:rsidP="000924BF">
      <w:r>
        <w:t xml:space="preserve">Application supported/signature: </w:t>
      </w:r>
    </w:p>
    <w:p w14:paraId="0E64F882" w14:textId="7E457F3E" w:rsidR="00426393" w:rsidRDefault="002B090E">
      <w:r>
        <w:rPr>
          <w:noProof/>
        </w:rPr>
        <w:drawing>
          <wp:inline distT="0" distB="0" distL="0" distR="0" wp14:anchorId="73715E22" wp14:editId="0939358A">
            <wp:extent cx="1428750" cy="504825"/>
            <wp:effectExtent l="152400" t="114300" r="114300" b="142875"/>
            <wp:docPr id="16048163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04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C7E6B95" w14:textId="7D380D51" w:rsidR="00C0611B" w:rsidRDefault="00C0611B"/>
    <w:sectPr w:rsidR="00C0611B" w:rsidSect="00C0611B">
      <w:pgSz w:w="12240" w:h="15840"/>
      <w:pgMar w:top="1440" w:right="1800" w:bottom="1440" w:left="1800" w:header="720" w:footer="720" w:gutter="0"/>
      <w:pgBorders w:offsetFrom="page">
        <w:top w:val="single" w:sz="24" w:space="24" w:color="00CC99"/>
        <w:left w:val="single" w:sz="24" w:space="24" w:color="00CC99"/>
        <w:bottom w:val="single" w:sz="24" w:space="24" w:color="00CC99"/>
        <w:right w:val="single" w:sz="24" w:space="24" w:color="00CC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1027175">
    <w:abstractNumId w:val="8"/>
  </w:num>
  <w:num w:numId="2" w16cid:durableId="757286526">
    <w:abstractNumId w:val="6"/>
  </w:num>
  <w:num w:numId="3" w16cid:durableId="1836721606">
    <w:abstractNumId w:val="5"/>
  </w:num>
  <w:num w:numId="4" w16cid:durableId="755977608">
    <w:abstractNumId w:val="4"/>
  </w:num>
  <w:num w:numId="5" w16cid:durableId="1696030398">
    <w:abstractNumId w:val="7"/>
  </w:num>
  <w:num w:numId="6" w16cid:durableId="435028349">
    <w:abstractNumId w:val="3"/>
  </w:num>
  <w:num w:numId="7" w16cid:durableId="1551724785">
    <w:abstractNumId w:val="2"/>
  </w:num>
  <w:num w:numId="8" w16cid:durableId="1106925928">
    <w:abstractNumId w:val="1"/>
  </w:num>
  <w:num w:numId="9" w16cid:durableId="5952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E5E"/>
    <w:rsid w:val="00034616"/>
    <w:rsid w:val="00057ED0"/>
    <w:rsid w:val="0006063C"/>
    <w:rsid w:val="0008681F"/>
    <w:rsid w:val="000924BF"/>
    <w:rsid w:val="000D26AB"/>
    <w:rsid w:val="0015074B"/>
    <w:rsid w:val="00160CAD"/>
    <w:rsid w:val="001C0C53"/>
    <w:rsid w:val="0029639D"/>
    <w:rsid w:val="002B090E"/>
    <w:rsid w:val="00326F90"/>
    <w:rsid w:val="003577BA"/>
    <w:rsid w:val="00426393"/>
    <w:rsid w:val="006E2A2E"/>
    <w:rsid w:val="007B7784"/>
    <w:rsid w:val="007F6C6D"/>
    <w:rsid w:val="00993959"/>
    <w:rsid w:val="00A503F9"/>
    <w:rsid w:val="00A55DB5"/>
    <w:rsid w:val="00A57DEB"/>
    <w:rsid w:val="00AA1D8D"/>
    <w:rsid w:val="00B12648"/>
    <w:rsid w:val="00B3291C"/>
    <w:rsid w:val="00B47730"/>
    <w:rsid w:val="00BA095C"/>
    <w:rsid w:val="00C0611B"/>
    <w:rsid w:val="00C265CE"/>
    <w:rsid w:val="00CB0664"/>
    <w:rsid w:val="00CB0DC9"/>
    <w:rsid w:val="00DE6E89"/>
    <w:rsid w:val="00EA58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0c9"/>
    </o:shapedefaults>
    <o:shapelayout v:ext="edit">
      <o:idmap v:ext="edit" data="1"/>
    </o:shapelayout>
  </w:shapeDefaults>
  <w:decimalSymbol w:val=","/>
  <w:listSeparator w:val=";"/>
  <w14:docId w14:val="0B267D93"/>
  <w14:defaultImageDpi w14:val="300"/>
  <w15:docId w15:val="{115FD266-0072-4549-8CBA-CA985DD4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E762A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49E3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49E39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49E39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E762A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549E3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549E3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347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3473C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549E3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549E39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549E39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549E39" w:themeColor="accent1"/>
      </w:pBdr>
      <w:spacing w:before="200" w:after="280"/>
      <w:ind w:left="936" w:right="936"/>
    </w:pPr>
    <w:rPr>
      <w:b/>
      <w:bCs/>
      <w:i/>
      <w:iCs/>
      <w:color w:val="549E3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549E39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549E39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8AB833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8AB833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1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  <w:shd w:val="clear" w:color="auto" w:fill="D2EBC9" w:themeFill="accent1" w:themeFillTint="3F"/>
      </w:tcPr>
    </w:tblStylePr>
    <w:tblStylePr w:type="band2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1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  <w:shd w:val="clear" w:color="auto" w:fill="E2F0C9" w:themeFill="accent2" w:themeFillTint="3F"/>
      </w:tcPr>
    </w:tblStylePr>
    <w:tblStylePr w:type="band2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1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  <w:shd w:val="clear" w:color="auto" w:fill="EFF3CE" w:themeFill="accent3" w:themeFillTint="3F"/>
      </w:tcPr>
    </w:tblStylePr>
    <w:tblStylePr w:type="band2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1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  <w:shd w:val="clear" w:color="auto" w:fill="A7FDEA" w:themeFill="accent4" w:themeFillTint="3F"/>
      </w:tcPr>
    </w:tblStylePr>
    <w:tblStylePr w:type="band2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1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  <w:shd w:val="clear" w:color="auto" w:fill="D2ECF0" w:themeFill="accent5" w:themeFillTint="3F"/>
      </w:tcPr>
    </w:tblStylePr>
    <w:tblStylePr w:type="band2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1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  <w:shd w:val="clear" w:color="auto" w:fill="B2E9FB" w:themeFill="accent6" w:themeFillTint="3F"/>
      </w:tcPr>
    </w:tblStylePr>
    <w:tblStylePr w:type="band2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0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D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9F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9E39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shd w:val="clear" w:color="auto" w:fill="D2EBC9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B833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shd w:val="clear" w:color="auto" w:fill="E2F0C9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F3A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shd w:val="clear" w:color="auto" w:fill="EFF3CE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9676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shd w:val="clear" w:color="auto" w:fill="A7FDE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B5C4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shd w:val="clear" w:color="auto" w:fill="D2EC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989B1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shd w:val="clear" w:color="auto" w:fill="B2E9FB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9E3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49E3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9E3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9E3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B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B8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8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8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0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CF3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F3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F3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2967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967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967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D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B5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5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5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989B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989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989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9F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  <w:insideV w:val="single" w:sz="8" w:space="0" w:color="78C45C" w:themeColor="accent1" w:themeTint="BF"/>
      </w:tblBorders>
    </w:tblPr>
    <w:tcPr>
      <w:shd w:val="clear" w:color="auto" w:fill="D2EB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45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  <w:insideV w:val="single" w:sz="8" w:space="0" w:color="A9D25D" w:themeColor="accent2" w:themeTint="BF"/>
      </w:tblBorders>
    </w:tblPr>
    <w:tcPr>
      <w:shd w:val="clear" w:color="auto" w:fill="E2F0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D25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  <w:insideV w:val="single" w:sz="8" w:space="0" w:color="CFDB6B" w:themeColor="accent3" w:themeTint="BF"/>
      </w:tblBorders>
    </w:tblPr>
    <w:tcPr>
      <w:shd w:val="clear" w:color="auto" w:fill="EFF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B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  <w:insideV w:val="single" w:sz="8" w:space="0" w:color="03EEBA" w:themeColor="accent4" w:themeTint="BF"/>
      </w:tblBorders>
    </w:tblPr>
    <w:tcPr>
      <w:shd w:val="clear" w:color="auto" w:fill="A7FD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EE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  <w:insideV w:val="single" w:sz="8" w:space="0" w:color="77C7D2" w:themeColor="accent5" w:themeTint="BF"/>
      </w:tblBorders>
    </w:tblPr>
    <w:tcPr>
      <w:shd w:val="clear" w:color="auto" w:fill="D2EC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  <w:insideV w:val="single" w:sz="8" w:space="0" w:color="17BEF3" w:themeColor="accent6" w:themeTint="BF"/>
      </w:tblBorders>
    </w:tblPr>
    <w:tcPr>
      <w:shd w:val="clear" w:color="auto" w:fill="B2E9F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BEF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cPr>
      <w:shd w:val="clear" w:color="auto" w:fill="D2EB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FD3" w:themeFill="accent1" w:themeFillTint="33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tcBorders>
          <w:insideH w:val="single" w:sz="6" w:space="0" w:color="549E39" w:themeColor="accent1"/>
          <w:insideV w:val="single" w:sz="6" w:space="0" w:color="549E39" w:themeColor="accent1"/>
        </w:tcBorders>
        <w:shd w:val="clear" w:color="auto" w:fill="A5D8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cPr>
      <w:shd w:val="clear" w:color="auto" w:fill="E2F0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3" w:themeFill="accent2" w:themeFillTint="33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tcBorders>
          <w:insideH w:val="single" w:sz="6" w:space="0" w:color="8AB833" w:themeColor="accent2"/>
          <w:insideV w:val="single" w:sz="6" w:space="0" w:color="8AB833" w:themeColor="accent2"/>
        </w:tcBorders>
        <w:shd w:val="clear" w:color="auto" w:fill="C6E19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cPr>
      <w:shd w:val="clear" w:color="auto" w:fill="EFF3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5D7" w:themeFill="accent3" w:themeFillTint="33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tcBorders>
          <w:insideH w:val="single" w:sz="6" w:space="0" w:color="C0CF3A" w:themeColor="accent3"/>
          <w:insideV w:val="single" w:sz="6" w:space="0" w:color="C0CF3A" w:themeColor="accent3"/>
        </w:tcBorders>
        <w:shd w:val="clear" w:color="auto" w:fill="DFE7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cPr>
      <w:shd w:val="clear" w:color="auto" w:fill="A7FDE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E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EEE" w:themeFill="accent4" w:themeFillTint="33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tcBorders>
          <w:insideH w:val="single" w:sz="6" w:space="0" w:color="029676" w:themeColor="accent4"/>
          <w:insideV w:val="single" w:sz="6" w:space="0" w:color="029676" w:themeColor="accent4"/>
        </w:tcBorders>
        <w:shd w:val="clear" w:color="auto" w:fill="4FFC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cPr>
      <w:shd w:val="clear" w:color="auto" w:fill="D2EC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F3" w:themeFill="accent5" w:themeFillTint="33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tcBorders>
          <w:insideH w:val="single" w:sz="6" w:space="0" w:color="4AB5C4" w:themeColor="accent5"/>
          <w:insideV w:val="single" w:sz="6" w:space="0" w:color="4AB5C4" w:themeColor="accent5"/>
        </w:tcBorders>
        <w:shd w:val="clear" w:color="auto" w:fill="A4DA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cPr>
      <w:shd w:val="clear" w:color="auto" w:fill="B2E9F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0F6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DFC" w:themeFill="accent6" w:themeFillTint="33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tcBorders>
          <w:insideH w:val="single" w:sz="6" w:space="0" w:color="0989B1" w:themeColor="accent6"/>
          <w:insideV w:val="single" w:sz="6" w:space="0" w:color="0989B1" w:themeColor="accent6"/>
        </w:tcBorders>
        <w:shd w:val="clear" w:color="auto" w:fill="65D4F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B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89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89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0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E19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E193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7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79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D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FFC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FFCD6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A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A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9F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D4F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D4F7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4E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762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B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691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9F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4A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705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6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9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443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6668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5E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5E22" w:themeColor="accent1" w:themeShade="99"/>
          <w:insideV w:val="nil"/>
        </w:tcBorders>
        <w:shd w:val="clear" w:color="auto" w:fill="325E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5E22" w:themeFill="accent1" w:themeFillShade="99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A5D89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E1E" w:themeColor="accent2" w:themeShade="99"/>
          <w:insideV w:val="nil"/>
        </w:tcBorders>
        <w:shd w:val="clear" w:color="auto" w:fill="526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1E" w:themeFill="accent2" w:themeFillShade="99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C6E19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9676" w:themeColor="accent4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7F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7F1F" w:themeColor="accent3" w:themeShade="99"/>
          <w:insideV w:val="nil"/>
        </w:tcBorders>
        <w:shd w:val="clear" w:color="auto" w:fill="757F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7F1F" w:themeFill="accent3" w:themeFillShade="99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CF3A" w:themeColor="accent3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E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59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5946" w:themeColor="accent4" w:themeShade="99"/>
          <w:insideV w:val="nil"/>
        </w:tcBorders>
        <w:shd w:val="clear" w:color="auto" w:fill="0159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946" w:themeFill="accent4" w:themeFillShade="99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4FFC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989B1" w:themeColor="accent6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6F7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6F7A" w:themeColor="accent5" w:themeShade="99"/>
          <w:insideV w:val="nil"/>
        </w:tcBorders>
        <w:shd w:val="clear" w:color="auto" w:fill="286F7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6F7A" w:themeFill="accent5" w:themeFillShade="99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A4DA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AB5C4" w:themeColor="accent5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6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551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55169" w:themeColor="accent6" w:themeShade="99"/>
          <w:insideV w:val="nil"/>
        </w:tcBorders>
        <w:shd w:val="clear" w:color="auto" w:fill="0551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5169" w:themeFill="accent6" w:themeFillShade="99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65D4F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775D" w:themeFill="accent4" w:themeFillShade="CC"/>
      </w:tcPr>
    </w:tblStylePr>
    <w:tblStylePr w:type="lastRow">
      <w:rPr>
        <w:b/>
        <w:bCs/>
        <w:color w:val="01775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E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AA29" w:themeFill="accent3" w:themeFillShade="CC"/>
      </w:tcPr>
    </w:tblStylePr>
    <w:tblStylePr w:type="lastRow">
      <w:rPr>
        <w:b/>
        <w:bCs/>
        <w:color w:val="9DAA2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76D8D" w:themeFill="accent6" w:themeFillShade="CC"/>
      </w:tcPr>
    </w:tblStylePr>
    <w:tblStylePr w:type="lastRow">
      <w:rPr>
        <w:b/>
        <w:bCs/>
        <w:color w:val="076D8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6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95A2" w:themeFill="accent5" w:themeFillShade="CC"/>
      </w:tcPr>
    </w:tblStylePr>
    <w:tblStylePr w:type="lastRow">
      <w:rPr>
        <w:b/>
        <w:bCs/>
        <w:color w:val="3595A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</w:rPr>
      <w:tblPr/>
      <w:tcPr>
        <w:shd w:val="clear" w:color="auto" w:fill="B7DFA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DFA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</w:rPr>
      <w:tblPr/>
      <w:tcPr>
        <w:shd w:val="clear" w:color="auto" w:fill="D1E7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7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</w:rPr>
      <w:tblPr/>
      <w:tcPr>
        <w:shd w:val="clear" w:color="auto" w:fill="E5EB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B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</w:rPr>
      <w:tblPr/>
      <w:tcPr>
        <w:shd w:val="clear" w:color="auto" w:fill="71FD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D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</w:rPr>
      <w:tblPr/>
      <w:tcPr>
        <w:shd w:val="clear" w:color="auto" w:fill="B6E1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E1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</w:rPr>
      <w:tblPr/>
      <w:tcPr>
        <w:shd w:val="clear" w:color="auto" w:fill="83DC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DC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örüntü" ma:contentTypeID="0x0101009148F5A04DDD49CBA7127AADA5FB792B00AADE34325A8B49CDA8BB4DB53328F214009B22355DB2F4CD41AC52EA35392E7D16" ma:contentTypeVersion="1" ma:contentTypeDescription="Resim yükleyin." ma:contentTypeScope="" ma:versionID="f166dc16acb8e999294cd76767410575">
  <xsd:schema xmlns:xsd="http://www.w3.org/2001/XMLSchema" xmlns:xs="http://www.w3.org/2001/XMLSchema" xmlns:p="http://schemas.microsoft.com/office/2006/metadata/properties" xmlns:ns1="http://schemas.microsoft.com/sharepoint/v3" xmlns:ns2="666FC3FA-8CEE-4489-8740-C720E01EE5CC" xmlns:ns3="http://schemas.microsoft.com/sharepoint/v3/fields" targetNamespace="http://schemas.microsoft.com/office/2006/metadata/properties" ma:root="true" ma:fieldsID="e84fdfd472bfa6514f7592f25d3b5bb1" ns1:_="" ns2:_="" ns3:_="">
    <xsd:import namespace="http://schemas.microsoft.com/sharepoint/v3"/>
    <xsd:import namespace="666FC3FA-8CEE-4489-8740-C720E01EE5C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Yolu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Dosya Türü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Dosya Türü" ma:hidden="true" ma:internalName="HTML_x0020_File_x0020_Type" ma:readOnly="true">
      <xsd:simpleType>
        <xsd:restriction base="dms:Text"/>
      </xsd:simpleType>
    </xsd:element>
    <xsd:element name="FSObjType" ma:index="11" nillable="true" ma:displayName="Öğe Türü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FC3FA-8CEE-4489-8740-C720E01EE5C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Küçük Resim Var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Önizleme Var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Genişlik" ma:internalName="ImageWidth" ma:readOnly="true">
      <xsd:simpleType>
        <xsd:restriction base="dms:Unknown"/>
      </xsd:simpleType>
    </xsd:element>
    <xsd:element name="ImageHeight" ma:index="22" nillable="true" ma:displayName="Yükseklik" ma:internalName="ImageHeight" ma:readOnly="true">
      <xsd:simpleType>
        <xsd:restriction base="dms:Unknown"/>
      </xsd:simpleType>
    </xsd:element>
    <xsd:element name="ImageCreateDate" ma:index="25" nillable="true" ma:displayName="Resmin Çekildiği Tarih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Telif Hakk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Yazar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 ma:index="23" ma:displayName="Açıklamalar"/>
        <xsd:element name="keywords" minOccurs="0" maxOccurs="1" type="xsd:string" ma:index="14" ma:displayName="Anahtar Sözcükler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666FC3FA-8CEE-4489-8740-C720E01EE5CC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0362D6-B95E-4756-B9C3-503E135D75D5}"/>
</file>

<file path=customXml/itemProps3.xml><?xml version="1.0" encoding="utf-8"?>
<ds:datastoreItem xmlns:ds="http://schemas.openxmlformats.org/officeDocument/2006/customXml" ds:itemID="{4640D5D6-BD17-4796-8998-FC5975465741}"/>
</file>

<file path=customXml/itemProps4.xml><?xml version="1.0" encoding="utf-8"?>
<ds:datastoreItem xmlns:ds="http://schemas.openxmlformats.org/officeDocument/2006/customXml" ds:itemID="{91958716-E7E9-4BC4-B4F5-A120C41ACB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Geuens Jef</cp:lastModifiedBy>
  <cp:revision>22</cp:revision>
  <dcterms:created xsi:type="dcterms:W3CDTF">2026-04-24T10:26:00Z</dcterms:created>
  <dcterms:modified xsi:type="dcterms:W3CDTF">2026-05-14T15:37:00Z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0x0101009148F5A04DDD49CBA7127AADA5FB792B00AADE34325A8B49CDA8BB4DB53328F214009B22355DB2F4CD41AC52EA35392E7D16</vt:lpwstr>
  </property>
</Properties>
</file>